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6E9" w:rsidRDefault="00696A5F">
      <w:pPr>
        <w:spacing w:after="60"/>
        <w:jc w:val="center"/>
      </w:pPr>
      <w:bookmarkStart w:id="0" w:name="_GoBack"/>
      <w:bookmarkEnd w:id="0"/>
      <w:r>
        <w:rPr>
          <w:b/>
          <w:sz w:val="24"/>
        </w:rPr>
        <w:t>PREFEITURA MUNICIPAL DE RESTINGA</w:t>
      </w:r>
    </w:p>
    <w:p w:rsidR="005066E9" w:rsidRDefault="00696A5F">
      <w:pPr>
        <w:jc w:val="center"/>
      </w:pPr>
      <w:r>
        <w:t>SECRETARIA MUNICIPAL DE EDUCAÇÃO</w:t>
      </w:r>
    </w:p>
    <w:p w:rsidR="005066E9" w:rsidRDefault="00696A5F">
      <w:pPr>
        <w:pStyle w:val="Ttulo"/>
        <w:spacing w:after="80"/>
        <w:jc w:val="center"/>
      </w:pPr>
      <w:r>
        <w:rPr>
          <w:sz w:val="32"/>
        </w:rPr>
        <w:t>Ficha de inscrição</w:t>
      </w:r>
    </w:p>
    <w:p w:rsidR="005066E9" w:rsidRDefault="00696A5F">
      <w:pPr>
        <w:spacing w:after="80"/>
        <w:jc w:val="center"/>
      </w:pPr>
      <w:r>
        <w:rPr>
          <w:b/>
          <w:sz w:val="22"/>
        </w:rPr>
        <w:t>PROCESSO SELETIVO SIMPLIFICADO Nº 04/2026</w:t>
      </w:r>
    </w:p>
    <w:p w:rsidR="005066E9" w:rsidRDefault="00696A5F">
      <w:pPr>
        <w:spacing w:after="180"/>
        <w:jc w:val="center"/>
      </w:pPr>
      <w:r>
        <w:rPr>
          <w:b/>
        </w:rPr>
        <w:t>Função: Profissional de Apoio Escolar</w:t>
      </w:r>
    </w:p>
    <w:p w:rsidR="005066E9" w:rsidRDefault="00696A5F">
      <w:pPr>
        <w:spacing w:after="100"/>
      </w:pPr>
      <w:r>
        <w:t>Inscrição nº: __________________   Data do recebimento: ______/______/2026</w:t>
      </w:r>
    </w:p>
    <w:p w:rsidR="005066E9" w:rsidRDefault="00696A5F">
      <w:r>
        <w:rPr>
          <w:sz w:val="16"/>
        </w:rPr>
        <w:t xml:space="preserve">Preenchimento </w:t>
      </w:r>
      <w:r>
        <w:rPr>
          <w:sz w:val="16"/>
        </w:rPr>
        <w:t>do número e da data pela Secretaria de Educação.</w:t>
      </w:r>
    </w:p>
    <w:p w:rsidR="005066E9" w:rsidRDefault="00696A5F">
      <w:pPr>
        <w:spacing w:before="140" w:after="120"/>
      </w:pPr>
      <w:r>
        <w:rPr>
          <w:b/>
        </w:rPr>
        <w:t>1  IDENTIFICAÇÃO DO CANDIDATO</w:t>
      </w:r>
    </w:p>
    <w:p w:rsidR="005066E9" w:rsidRDefault="00696A5F">
      <w:r>
        <w:t>Nome completo: ____________________________________________________________</w:t>
      </w:r>
    </w:p>
    <w:p w:rsidR="005066E9" w:rsidRDefault="00696A5F">
      <w:r>
        <w:t>Data de nascimento: ____/____/________    CPF: _________________________________</w:t>
      </w:r>
    </w:p>
    <w:p w:rsidR="005066E9" w:rsidRDefault="00696A5F">
      <w:r>
        <w:t>Documento de identid</w:t>
      </w:r>
      <w:r>
        <w:t>ade: __________________    Órgão expedidor/UF: ______________</w:t>
      </w:r>
    </w:p>
    <w:p w:rsidR="005066E9" w:rsidRDefault="00696A5F">
      <w:r>
        <w:t>Endereço: ___________________________________________________  Nº: __________</w:t>
      </w:r>
    </w:p>
    <w:p w:rsidR="005066E9" w:rsidRDefault="00696A5F">
      <w:r>
        <w:t>Complemento: __________________________    Bairro: ___________________________</w:t>
      </w:r>
    </w:p>
    <w:p w:rsidR="005066E9" w:rsidRDefault="00696A5F">
      <w:r>
        <w:t>Município/UF: _______________________</w:t>
      </w:r>
      <w:r>
        <w:t>___________    CEP: ______________________</w:t>
      </w:r>
    </w:p>
    <w:p w:rsidR="005066E9" w:rsidRDefault="00696A5F">
      <w:r>
        <w:t>Telefone/WhatsApp: ____________________    Outro telefone: _______________________</w:t>
      </w:r>
    </w:p>
    <w:p w:rsidR="005066E9" w:rsidRDefault="00696A5F">
      <w:r>
        <w:t>E-mail: ___________________________________________________________________</w:t>
      </w:r>
    </w:p>
    <w:p w:rsidR="005066E9" w:rsidRDefault="00696A5F">
      <w:pPr>
        <w:spacing w:before="140" w:after="120"/>
      </w:pPr>
      <w:r>
        <w:rPr>
          <w:b/>
        </w:rPr>
        <w:t>2  ESCOLARIDADE</w:t>
      </w:r>
    </w:p>
    <w:p w:rsidR="005066E9" w:rsidRDefault="00696A5F">
      <w:r>
        <w:t xml:space="preserve">Ensino médio completo: (   ) Sim   (  </w:t>
      </w:r>
      <w:r>
        <w:t xml:space="preserve"> ) Não      Ano de conclusão: __________________</w:t>
      </w:r>
    </w:p>
    <w:p w:rsidR="005066E9" w:rsidRDefault="00696A5F">
      <w:r>
        <w:t>Instituição de ensino: ________________________________________________________</w:t>
      </w:r>
    </w:p>
    <w:p w:rsidR="005066E9" w:rsidRDefault="00696A5F">
      <w:pPr>
        <w:spacing w:before="140" w:after="120"/>
      </w:pPr>
      <w:r>
        <w:rPr>
          <w:b/>
        </w:rPr>
        <w:t>3  DOCUMENTOS APRESENTADOS</w:t>
      </w:r>
    </w:p>
    <w:p w:rsidR="005066E9" w:rsidRDefault="00696A5F">
      <w:pPr>
        <w:spacing w:after="100"/>
      </w:pPr>
      <w:r>
        <w:t>(   ) Documento de identidade     (   ) CPF     (   ) Comprovante de escolaridade</w:t>
      </w:r>
    </w:p>
    <w:p w:rsidR="005066E9" w:rsidRDefault="00696A5F">
      <w:pPr>
        <w:spacing w:after="100"/>
      </w:pPr>
      <w:r>
        <w:t>(   ) Comprovantes</w:t>
      </w:r>
      <w:r>
        <w:t xml:space="preserve"> de experiência profissional, se houver     (   ) Títulos, se houver</w:t>
      </w:r>
    </w:p>
    <w:p w:rsidR="005066E9" w:rsidRDefault="00696A5F">
      <w:pPr>
        <w:spacing w:after="120"/>
      </w:pPr>
      <w:r>
        <w:t>Observações: ______________________________________________________________</w:t>
      </w:r>
    </w:p>
    <w:p w:rsidR="005066E9" w:rsidRDefault="00696A5F">
      <w:pPr>
        <w:spacing w:before="140" w:after="120"/>
      </w:pPr>
      <w:r>
        <w:rPr>
          <w:b/>
        </w:rPr>
        <w:t>4  DECLARAÇÃO DO CANDIDATO</w:t>
      </w:r>
    </w:p>
    <w:p w:rsidR="005066E9" w:rsidRDefault="00696A5F">
      <w:pPr>
        <w:spacing w:after="160"/>
      </w:pPr>
      <w:r>
        <w:t xml:space="preserve">Requeiro minha inscrição no Processo Seletivo Simplificado nº 04/2026 para a função </w:t>
      </w:r>
      <w:r>
        <w:t>de Profissional de Apoio Escolar. Declaro que as informações prestadas e os documentos apresentados são verdadeiros, que li e estou ciente das condições do edital e que apresentarei, se convocado(a), a documentação exigida para comprovar os requisitos de c</w:t>
      </w:r>
      <w:r>
        <w:t>ontratação.</w:t>
      </w:r>
    </w:p>
    <w:p w:rsidR="005066E9" w:rsidRDefault="00696A5F">
      <w:pPr>
        <w:spacing w:after="260"/>
      </w:pPr>
      <w:r>
        <w:t>Restinga/SP, ______ de __________________________ de 2026.</w:t>
      </w:r>
    </w:p>
    <w:p w:rsidR="005066E9" w:rsidRDefault="00696A5F">
      <w:pPr>
        <w:spacing w:after="40"/>
        <w:jc w:val="center"/>
      </w:pPr>
      <w:r>
        <w:t>__________________________________________________________________________</w:t>
      </w:r>
    </w:p>
    <w:p w:rsidR="005066E9" w:rsidRDefault="00696A5F">
      <w:pPr>
        <w:spacing w:after="160"/>
        <w:jc w:val="center"/>
      </w:pPr>
      <w:r>
        <w:rPr>
          <w:sz w:val="18"/>
        </w:rPr>
        <w:t>Assinatura do candidato</w:t>
      </w:r>
    </w:p>
    <w:p w:rsidR="005066E9" w:rsidRDefault="00696A5F">
      <w:pPr>
        <w:spacing w:after="100"/>
      </w:pPr>
      <w:r>
        <w:rPr>
          <w:sz w:val="18"/>
        </w:rPr>
        <w:t>......................................................................................</w:t>
      </w:r>
      <w:r>
        <w:rPr>
          <w:sz w:val="18"/>
        </w:rPr>
        <w:t>..........................................................</w:t>
      </w:r>
    </w:p>
    <w:p w:rsidR="005066E9" w:rsidRDefault="00696A5F">
      <w:pPr>
        <w:spacing w:after="100"/>
        <w:jc w:val="center"/>
      </w:pPr>
      <w:r>
        <w:rPr>
          <w:b/>
        </w:rPr>
        <w:t>COMPROVANTE DE INSCRIÇÃO — VIA DO CANDIDATO</w:t>
      </w:r>
    </w:p>
    <w:p w:rsidR="005066E9" w:rsidRDefault="00696A5F">
      <w:pPr>
        <w:spacing w:after="100"/>
        <w:jc w:val="center"/>
      </w:pPr>
      <w:r>
        <w:rPr>
          <w:sz w:val="18"/>
        </w:rPr>
        <w:t>Processo Seletivo nº 04/2026 — Profissional de Apoio Escolar</w:t>
      </w:r>
    </w:p>
    <w:p w:rsidR="005066E9" w:rsidRDefault="00696A5F">
      <w:pPr>
        <w:spacing w:after="100"/>
      </w:pPr>
      <w:r>
        <w:t>Nome: _____________________________________________  Inscrição nº: ___________</w:t>
      </w:r>
    </w:p>
    <w:p w:rsidR="005066E9" w:rsidRDefault="00696A5F">
      <w:pPr>
        <w:spacing w:after="120"/>
      </w:pPr>
      <w:r>
        <w:t xml:space="preserve">Recebido em: </w:t>
      </w:r>
      <w:r>
        <w:t>____/____/2026    Responsável: ____________________________________</w:t>
      </w:r>
    </w:p>
    <w:p w:rsidR="005066E9" w:rsidRDefault="00696A5F">
      <w:pPr>
        <w:spacing w:after="80"/>
      </w:pPr>
      <w:r>
        <w:rPr>
          <w:b/>
          <w:sz w:val="18"/>
        </w:rPr>
        <w:t>PROVA: 31/10/2026, às 08h00. Portões: abertura às 07h30 e fechamento às 07h45.</w:t>
      </w:r>
    </w:p>
    <w:p w:rsidR="005066E9" w:rsidRDefault="00696A5F">
      <w:pPr>
        <w:spacing w:after="80"/>
      </w:pPr>
      <w:r>
        <w:rPr>
          <w:sz w:val="18"/>
        </w:rPr>
        <w:t>Local: EMEB Gilberta Vilela Rosa — Rua Geraldo Veríssimo, nº 860, Restinga/SP.</w:t>
      </w:r>
    </w:p>
    <w:p w:rsidR="005066E9" w:rsidRDefault="00696A5F">
      <w:pPr>
        <w:spacing w:after="0"/>
      </w:pPr>
      <w:r>
        <w:rPr>
          <w:sz w:val="16"/>
        </w:rPr>
        <w:t>Este comprovante registra o re</w:t>
      </w:r>
      <w:r>
        <w:rPr>
          <w:sz w:val="16"/>
        </w:rPr>
        <w:t>cebimento da inscrição e não assegura contratação.</w:t>
      </w:r>
    </w:p>
    <w:sectPr w:rsidR="005066E9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66E9"/>
    <w:rsid w:val="00696A5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ACE344E-AC46-4DE7-87A6-54EC816AD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1EC2FF-6A4C-4038-B5E2-0E0D6E200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2202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habilitarusuariow11@outlook.com</cp:lastModifiedBy>
  <cp:revision>2</cp:revision>
  <dcterms:created xsi:type="dcterms:W3CDTF">2026-10-22T18:34:00Z</dcterms:created>
  <dcterms:modified xsi:type="dcterms:W3CDTF">2026-10-22T18:34:00Z</dcterms:modified>
  <cp:category/>
</cp:coreProperties>
</file>